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20B4" w14:textId="77777777" w:rsidR="00F06429" w:rsidRDefault="0021067A">
      <w:pPr>
        <w:jc w:val="center"/>
      </w:pPr>
      <w:r>
        <w:rPr>
          <w:rFonts w:ascii="Aptos Display" w:hAnsi="Aptos Display"/>
          <w:b/>
          <w:color w:val="5E8C31"/>
          <w:sz w:val="24"/>
        </w:rPr>
        <w:t>RISCA EAST COMMUNITY COUNCIL</w:t>
      </w:r>
    </w:p>
    <w:p w14:paraId="72845CC0" w14:textId="77777777" w:rsidR="00F06429" w:rsidRDefault="0021067A">
      <w:pPr>
        <w:pStyle w:val="Title"/>
        <w:jc w:val="center"/>
      </w:pPr>
      <w:r>
        <w:t>Community Grant Application Form</w:t>
      </w:r>
    </w:p>
    <w:p w14:paraId="5AE716E7" w14:textId="77777777" w:rsidR="00F06429" w:rsidRDefault="0021067A">
      <w:pPr>
        <w:jc w:val="center"/>
      </w:pPr>
      <w:r>
        <w:rPr>
          <w:i/>
          <w:color w:val="666666"/>
        </w:rPr>
        <w:t>A short, proportionate form for local community funding</w:t>
      </w:r>
    </w:p>
    <w:p w14:paraId="6E667DFF" w14:textId="77777777" w:rsidR="00F06429" w:rsidRDefault="0021067A">
      <w:pPr>
        <w:jc w:val="center"/>
      </w:pPr>
      <w:r>
        <w:t>Please answer briefly and clearly. If a question does not apply, write “N/A”. The Council may contact you for clarification.</w:t>
      </w:r>
    </w:p>
    <w:p w14:paraId="6CFC96EC" w14:textId="77777777" w:rsidR="00F06429" w:rsidRDefault="0021067A">
      <w:pPr>
        <w:spacing w:before="160" w:after="80"/>
      </w:pPr>
      <w:r>
        <w:rPr>
          <w:b/>
          <w:color w:val="5B2C83"/>
          <w:sz w:val="26"/>
        </w:rPr>
        <w:t>1. About your organisation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F06429" w14:paraId="1DBAEA8B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36BC2B" w14:textId="77777777" w:rsidR="00F06429" w:rsidRDefault="0021067A">
            <w:r>
              <w:rPr>
                <w:b/>
                <w:color w:val="5B2C83"/>
              </w:rPr>
              <w:t>Organisation name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DD8EC5" w14:textId="77777777" w:rsidR="00F06429" w:rsidRDefault="0021067A">
            <w:r>
              <w:rPr>
                <w:color w:val="666666"/>
              </w:rPr>
              <w:t>Legal or usual name</w:t>
            </w:r>
          </w:p>
        </w:tc>
      </w:tr>
      <w:tr w:rsidR="00F06429" w14:paraId="410BD93B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C49B35" w14:textId="77777777" w:rsidR="00F06429" w:rsidRDefault="0021067A">
            <w:r>
              <w:rPr>
                <w:b/>
                <w:color w:val="5B2C83"/>
              </w:rPr>
              <w:t>Organisation type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830962" w14:textId="77777777" w:rsidR="00F06429" w:rsidRDefault="0021067A">
            <w:r>
              <w:rPr>
                <w:color w:val="666666"/>
              </w:rPr>
              <w:t>Charity / CIC / community group / other</w:t>
            </w:r>
          </w:p>
        </w:tc>
      </w:tr>
      <w:tr w:rsidR="00F06429" w14:paraId="22C0A915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998419" w14:textId="77777777" w:rsidR="00F06429" w:rsidRDefault="0021067A">
            <w:r>
              <w:rPr>
                <w:b/>
                <w:color w:val="5B2C83"/>
              </w:rPr>
              <w:t>Registration number(s)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6DA0DA" w14:textId="77777777" w:rsidR="00F06429" w:rsidRDefault="0021067A">
            <w:r>
              <w:rPr>
                <w:color w:val="666666"/>
              </w:rPr>
              <w:t>If applicable</w:t>
            </w:r>
          </w:p>
        </w:tc>
      </w:tr>
      <w:tr w:rsidR="00F06429" w14:paraId="296367BA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2354F5" w14:textId="77777777" w:rsidR="00F06429" w:rsidRDefault="0021067A">
            <w:r>
              <w:rPr>
                <w:b/>
                <w:color w:val="5B2C83"/>
              </w:rPr>
              <w:t>Main contact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7F1C09" w14:textId="77777777" w:rsidR="00F06429" w:rsidRDefault="0021067A">
            <w:r>
              <w:rPr>
                <w:color w:val="666666"/>
              </w:rPr>
              <w:t>Name and role</w:t>
            </w:r>
          </w:p>
        </w:tc>
      </w:tr>
      <w:tr w:rsidR="00F06429" w14:paraId="76C7FE76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F17F8" w14:textId="77777777" w:rsidR="00F06429" w:rsidRDefault="0021067A">
            <w:r>
              <w:rPr>
                <w:b/>
                <w:color w:val="5B2C83"/>
              </w:rPr>
              <w:t>Email and telephone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977749" w14:textId="77777777" w:rsidR="00F06429" w:rsidRDefault="00F06429"/>
        </w:tc>
      </w:tr>
      <w:tr w:rsidR="00F06429" w14:paraId="77AC63D0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79F7FD" w14:textId="77777777" w:rsidR="00F06429" w:rsidRDefault="0021067A">
            <w:r>
              <w:rPr>
                <w:b/>
                <w:color w:val="5B2C83"/>
              </w:rPr>
              <w:t>Organisation address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2BA02A" w14:textId="77777777" w:rsidR="00F06429" w:rsidRDefault="00F06429"/>
        </w:tc>
      </w:tr>
      <w:tr w:rsidR="00F06429" w14:paraId="18A2D9FD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7E2CCF" w14:textId="77777777" w:rsidR="00F06429" w:rsidRDefault="0021067A">
            <w:r>
              <w:rPr>
                <w:b/>
                <w:color w:val="5B2C83"/>
              </w:rPr>
              <w:t>Bank account name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89B99F" w14:textId="77777777" w:rsidR="00F06429" w:rsidRDefault="0021067A">
            <w:r>
              <w:rPr>
                <w:color w:val="666666"/>
              </w:rPr>
              <w:t>Must match the applicant organisation</w:t>
            </w:r>
          </w:p>
        </w:tc>
      </w:tr>
    </w:tbl>
    <w:p w14:paraId="3A916E7E" w14:textId="77777777" w:rsidR="00F06429" w:rsidRDefault="0021067A">
      <w:pPr>
        <w:spacing w:before="160" w:after="80"/>
      </w:pPr>
      <w:r>
        <w:rPr>
          <w:b/>
          <w:color w:val="5B2C83"/>
          <w:sz w:val="26"/>
        </w:rPr>
        <w:t>2. About the project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F06429" w14:paraId="5C7A8510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48985C" w14:textId="77777777" w:rsidR="00F06429" w:rsidRDefault="0021067A">
            <w:r>
              <w:rPr>
                <w:b/>
                <w:color w:val="5B2C83"/>
              </w:rPr>
              <w:t>Project title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9F14B" w14:textId="77777777" w:rsidR="00F06429" w:rsidRDefault="00F06429"/>
        </w:tc>
      </w:tr>
      <w:tr w:rsidR="00F06429" w14:paraId="657BEC15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4FA734" w14:textId="77777777" w:rsidR="00F06429" w:rsidRDefault="0021067A">
            <w:r>
              <w:rPr>
                <w:b/>
                <w:color w:val="5B2C83"/>
              </w:rPr>
              <w:t>Where will it take place?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CE616B" w14:textId="77777777" w:rsidR="00F06429" w:rsidRDefault="0021067A">
            <w:r>
              <w:rPr>
                <w:color w:val="666666"/>
              </w:rPr>
              <w:t>Venue and Risca East area served</w:t>
            </w:r>
          </w:p>
        </w:tc>
      </w:tr>
      <w:tr w:rsidR="00F06429" w14:paraId="1870A6C0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1CD3E5" w14:textId="77777777" w:rsidR="00F06429" w:rsidRDefault="0021067A">
            <w:r>
              <w:rPr>
                <w:b/>
                <w:color w:val="5B2C83"/>
              </w:rPr>
              <w:t>Proposed start and end dates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F9E91D" w14:textId="77777777" w:rsidR="00F06429" w:rsidRDefault="00F06429"/>
        </w:tc>
      </w:tr>
      <w:tr w:rsidR="00F06429" w14:paraId="204D1CE2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B9C37B" w14:textId="77777777" w:rsidR="00F06429" w:rsidRDefault="0021067A">
            <w:r>
              <w:rPr>
                <w:b/>
                <w:color w:val="5B2C83"/>
              </w:rPr>
              <w:t>Amount requested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8D1435" w14:textId="77777777" w:rsidR="00F06429" w:rsidRDefault="0021067A">
            <w:r>
              <w:rPr>
                <w:color w:val="666666"/>
              </w:rPr>
              <w:t>£</w:t>
            </w:r>
          </w:p>
        </w:tc>
      </w:tr>
      <w:tr w:rsidR="00F06429" w14:paraId="1B1AEC61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59C598" w14:textId="77777777" w:rsidR="00F06429" w:rsidRDefault="0021067A">
            <w:r>
              <w:rPr>
                <w:b/>
                <w:color w:val="5B2C83"/>
              </w:rPr>
              <w:t>Total project cost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FE3A9A" w14:textId="77777777" w:rsidR="00F06429" w:rsidRDefault="0021067A">
            <w:r>
              <w:rPr>
                <w:color w:val="666666"/>
              </w:rPr>
              <w:t>£</w:t>
            </w:r>
          </w:p>
        </w:tc>
      </w:tr>
      <w:tr w:rsidR="00F06429" w14:paraId="5DFF1E02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EB152F" w14:textId="77777777" w:rsidR="00F06429" w:rsidRDefault="0021067A">
            <w:r>
              <w:rPr>
                <w:b/>
                <w:color w:val="5B2C83"/>
              </w:rPr>
              <w:t>Other funding secured or requested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98A502" w14:textId="77777777" w:rsidR="00F06429" w:rsidRDefault="0021067A">
            <w:r>
              <w:rPr>
                <w:color w:val="666666"/>
              </w:rPr>
              <w:t>Source and amount</w:t>
            </w:r>
          </w:p>
        </w:tc>
      </w:tr>
    </w:tbl>
    <w:p w14:paraId="1F2F1C3A" w14:textId="77777777" w:rsidR="00F06429" w:rsidRDefault="0021067A">
      <w:pPr>
        <w:spacing w:after="40"/>
      </w:pPr>
      <w:r>
        <w:rPr>
          <w:b/>
          <w:color w:val="5B2C83"/>
        </w:rPr>
        <w:t>What will the grant pay for?</w:t>
      </w:r>
      <w:r>
        <w:rPr>
          <w:i/>
          <w:color w:val="666666"/>
          <w:sz w:val="18"/>
        </w:rPr>
        <w:t xml:space="preserve"> Include a short itemised budget.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F06429" w14:paraId="4AB7EADF" w14:textId="77777777">
        <w:tc>
          <w:tcPr>
            <w:tcW w:w="10368" w:type="dxa"/>
            <w:gridSpan w:val="4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5AAD51" w14:textId="77777777" w:rsidR="00F06429" w:rsidRDefault="0021067A">
            <w:r>
              <w:br/>
            </w:r>
            <w:r>
              <w:br/>
            </w:r>
            <w:r>
              <w:br/>
            </w:r>
          </w:p>
        </w:tc>
      </w:tr>
      <w:tr w:rsidR="00F06429" w14:paraId="36F9213B" w14:textId="77777777">
        <w:tblPrEx>
          <w:jc w:val="center"/>
        </w:tblPrEx>
        <w:trPr>
          <w:tblHeader/>
          <w:jc w:val="center"/>
        </w:trPr>
        <w:tc>
          <w:tcPr>
            <w:tcW w:w="2592" w:type="dxa"/>
            <w:shd w:val="clear" w:color="auto" w:fill="5B2C8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BA3CD0" w14:textId="77777777" w:rsidR="00F06429" w:rsidRDefault="0021067A">
            <w:r>
              <w:rPr>
                <w:b/>
                <w:color w:val="FFFFFF"/>
              </w:rPr>
              <w:lastRenderedPageBreak/>
              <w:t>Item</w:t>
            </w:r>
          </w:p>
        </w:tc>
        <w:tc>
          <w:tcPr>
            <w:tcW w:w="2592" w:type="dxa"/>
            <w:shd w:val="clear" w:color="auto" w:fill="5B2C8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BBBC32" w14:textId="77777777" w:rsidR="00F06429" w:rsidRDefault="0021067A">
            <w:r>
              <w:rPr>
                <w:b/>
                <w:color w:val="FFFFFF"/>
              </w:rPr>
              <w:t>Why needed</w:t>
            </w:r>
          </w:p>
        </w:tc>
        <w:tc>
          <w:tcPr>
            <w:tcW w:w="2592" w:type="dxa"/>
            <w:shd w:val="clear" w:color="auto" w:fill="5B2C8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2FB2B0" w14:textId="77777777" w:rsidR="00F06429" w:rsidRDefault="0021067A">
            <w:r>
              <w:rPr>
                <w:b/>
                <w:color w:val="FFFFFF"/>
              </w:rPr>
              <w:t>Cost (£)</w:t>
            </w:r>
          </w:p>
        </w:tc>
        <w:tc>
          <w:tcPr>
            <w:tcW w:w="2592" w:type="dxa"/>
            <w:shd w:val="clear" w:color="auto" w:fill="5B2C8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6F2B1" w14:textId="77777777" w:rsidR="00F06429" w:rsidRDefault="0021067A">
            <w:r>
              <w:rPr>
                <w:b/>
                <w:color w:val="FFFFFF"/>
              </w:rPr>
              <w:t>Requested (£)</w:t>
            </w:r>
          </w:p>
        </w:tc>
      </w:tr>
      <w:tr w:rsidR="00F06429" w14:paraId="6B914470" w14:textId="77777777">
        <w:tblPrEx>
          <w:jc w:val="center"/>
        </w:tblPrEx>
        <w:trPr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7C9F5E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FA8A4D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988BCE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3843E3" w14:textId="77777777" w:rsidR="00F06429" w:rsidRDefault="00F06429"/>
        </w:tc>
      </w:tr>
      <w:tr w:rsidR="00F06429" w14:paraId="3FA46151" w14:textId="77777777">
        <w:tblPrEx>
          <w:jc w:val="center"/>
        </w:tblPrEx>
        <w:trPr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FB68E2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F38B08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97F16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FD25EA" w14:textId="77777777" w:rsidR="00F06429" w:rsidRDefault="00F06429"/>
        </w:tc>
      </w:tr>
      <w:tr w:rsidR="00F06429" w14:paraId="279F6D12" w14:textId="77777777">
        <w:tblPrEx>
          <w:jc w:val="center"/>
        </w:tblPrEx>
        <w:trPr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363C11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AB1145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C26DA4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503CB" w14:textId="77777777" w:rsidR="00F06429" w:rsidRDefault="00F06429"/>
        </w:tc>
      </w:tr>
      <w:tr w:rsidR="00F06429" w14:paraId="4FB8534A" w14:textId="77777777">
        <w:tblPrEx>
          <w:jc w:val="center"/>
        </w:tblPrEx>
        <w:trPr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281BB7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BBFC97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D62723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A85457" w14:textId="77777777" w:rsidR="00F06429" w:rsidRDefault="00F06429"/>
        </w:tc>
      </w:tr>
      <w:tr w:rsidR="00F06429" w14:paraId="451323B6" w14:textId="77777777">
        <w:tblPrEx>
          <w:jc w:val="center"/>
        </w:tblPrEx>
        <w:trPr>
          <w:jc w:val="center"/>
        </w:trPr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6014DF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0DAACC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5E0A49" w14:textId="77777777" w:rsidR="00F06429" w:rsidRDefault="00F06429"/>
        </w:tc>
        <w:tc>
          <w:tcPr>
            <w:tcW w:w="25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BD5282" w14:textId="77777777" w:rsidR="00F06429" w:rsidRDefault="00F06429"/>
        </w:tc>
      </w:tr>
    </w:tbl>
    <w:p w14:paraId="0A4DD8D5" w14:textId="77777777" w:rsidR="00F06429" w:rsidRDefault="0021067A">
      <w:pPr>
        <w:spacing w:before="160" w:after="80"/>
      </w:pPr>
      <w:r>
        <w:rPr>
          <w:b/>
          <w:color w:val="5B2C83"/>
          <w:sz w:val="26"/>
        </w:rPr>
        <w:t>3. Need, activities and beneficiaries</w:t>
      </w:r>
    </w:p>
    <w:p w14:paraId="67842371" w14:textId="77777777" w:rsidR="00F06429" w:rsidRDefault="0021067A">
      <w:pPr>
        <w:spacing w:after="40"/>
      </w:pPr>
      <w:r>
        <w:rPr>
          <w:b/>
          <w:color w:val="5B2C83"/>
        </w:rPr>
        <w:t>What local need or issue will the project address?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06429" w14:paraId="5404AB74" w14:textId="77777777">
        <w:tc>
          <w:tcPr>
            <w:tcW w:w="10368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508B81" w14:textId="77777777" w:rsidR="00F06429" w:rsidRDefault="0021067A">
            <w:r>
              <w:br/>
            </w:r>
            <w:r>
              <w:br/>
            </w:r>
            <w:r>
              <w:br/>
            </w:r>
          </w:p>
        </w:tc>
      </w:tr>
    </w:tbl>
    <w:p w14:paraId="523267F1" w14:textId="77777777" w:rsidR="00F06429" w:rsidRDefault="0021067A">
      <w:pPr>
        <w:spacing w:after="40"/>
      </w:pPr>
      <w:r>
        <w:rPr>
          <w:b/>
          <w:color w:val="5B2C83"/>
        </w:rPr>
        <w:t>What activities will you deliver?</w:t>
      </w:r>
      <w:r>
        <w:rPr>
          <w:i/>
          <w:color w:val="666666"/>
          <w:sz w:val="18"/>
        </w:rPr>
        <w:t xml:space="preserve"> Include expected number and frequency of sessions.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06429" w14:paraId="5A63DA08" w14:textId="77777777">
        <w:tc>
          <w:tcPr>
            <w:tcW w:w="10368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CA6A7B" w14:textId="77777777" w:rsidR="00F06429" w:rsidRDefault="0021067A">
            <w:r>
              <w:br/>
            </w:r>
            <w:r>
              <w:br/>
            </w:r>
            <w:r>
              <w:br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F06429" w14:paraId="6F7FBA30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B04D95" w14:textId="77777777" w:rsidR="00F06429" w:rsidRDefault="0021067A">
            <w:r>
              <w:rPr>
                <w:b/>
                <w:color w:val="5B2C83"/>
              </w:rPr>
              <w:t>Expected sessions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9D1D73" w14:textId="77777777" w:rsidR="00F06429" w:rsidRDefault="00F06429"/>
        </w:tc>
      </w:tr>
      <w:tr w:rsidR="00F06429" w14:paraId="19840F4F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16B57B" w14:textId="77777777" w:rsidR="00F06429" w:rsidRDefault="0021067A">
            <w:r>
              <w:rPr>
                <w:b/>
                <w:color w:val="5B2C83"/>
              </w:rPr>
              <w:t>Expected attendances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3CF4B2" w14:textId="77777777" w:rsidR="00F06429" w:rsidRDefault="0021067A">
            <w:r>
              <w:rPr>
                <w:color w:val="666666"/>
              </w:rPr>
              <w:t>Total participant visits across all sessions</w:t>
            </w:r>
          </w:p>
        </w:tc>
      </w:tr>
      <w:tr w:rsidR="00F06429" w14:paraId="7E141E83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4BF77A" w14:textId="77777777" w:rsidR="00F06429" w:rsidRDefault="0021067A">
            <w:r>
              <w:rPr>
                <w:b/>
                <w:color w:val="5B2C83"/>
              </w:rPr>
              <w:t>Expected unique people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202D9" w14:textId="77777777" w:rsidR="00F06429" w:rsidRDefault="0021067A">
            <w:r>
              <w:rPr>
                <w:color w:val="666666"/>
              </w:rPr>
              <w:t>Count each person once during the funded period</w:t>
            </w:r>
          </w:p>
        </w:tc>
      </w:tr>
      <w:tr w:rsidR="00F06429" w14:paraId="66DC86C6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E38611" w14:textId="77777777" w:rsidR="00F06429" w:rsidRDefault="0021067A">
            <w:r>
              <w:rPr>
                <w:b/>
                <w:color w:val="5B2C83"/>
              </w:rPr>
              <w:t>Expected new people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9B2B65" w14:textId="77777777" w:rsidR="00F06429" w:rsidRDefault="0021067A">
            <w:r>
              <w:rPr>
                <w:color w:val="666666"/>
              </w:rPr>
              <w:t>People who have not used this activity/service before</w:t>
            </w:r>
          </w:p>
        </w:tc>
      </w:tr>
      <w:tr w:rsidR="00F06429" w14:paraId="3183BD17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2B45E7" w14:textId="77777777" w:rsidR="00F06429" w:rsidRDefault="0021067A">
            <w:r>
              <w:rPr>
                <w:b/>
                <w:color w:val="5B2C83"/>
              </w:rPr>
              <w:t>Priority groups reached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257EF1" w14:textId="77777777" w:rsidR="00F06429" w:rsidRDefault="0021067A">
            <w:r>
              <w:rPr>
                <w:color w:val="666666"/>
              </w:rPr>
              <w:t>Optional. Do not collect sensitive personal data unless necessary and lawful.</w:t>
            </w:r>
          </w:p>
        </w:tc>
      </w:tr>
    </w:tbl>
    <w:p w14:paraId="25F9F785" w14:textId="77777777" w:rsidR="00F06429" w:rsidRDefault="0021067A">
      <w:pPr>
        <w:spacing w:before="160" w:after="80"/>
      </w:pPr>
      <w:r>
        <w:rPr>
          <w:b/>
          <w:color w:val="5B2C83"/>
          <w:sz w:val="26"/>
        </w:rPr>
        <w:t>4. Outcomes and impact</w:t>
      </w:r>
    </w:p>
    <w:p w14:paraId="01996CD5" w14:textId="77777777" w:rsidR="00F06429" w:rsidRDefault="0021067A">
      <w:pPr>
        <w:spacing w:after="40"/>
      </w:pPr>
      <w:r>
        <w:rPr>
          <w:b/>
          <w:color w:val="5B2C83"/>
        </w:rPr>
        <w:t>What difference will the project make?</w:t>
      </w:r>
      <w:r>
        <w:rPr>
          <w:i/>
          <w:color w:val="666666"/>
          <w:sz w:val="18"/>
        </w:rPr>
        <w:t xml:space="preserve"> List up to three realistic outcomes.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06429" w14:paraId="3211CBDD" w14:textId="77777777">
        <w:tc>
          <w:tcPr>
            <w:tcW w:w="10368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0CDBD" w14:textId="77777777" w:rsidR="00F06429" w:rsidRDefault="0021067A">
            <w:r>
              <w:br/>
            </w:r>
            <w:r>
              <w:lastRenderedPageBreak/>
              <w:br/>
            </w:r>
            <w:r>
              <w:br/>
            </w:r>
          </w:p>
        </w:tc>
      </w:tr>
    </w:tbl>
    <w:p w14:paraId="6FC6BA6B" w14:textId="77777777" w:rsidR="00F06429" w:rsidRDefault="0021067A">
      <w:pPr>
        <w:spacing w:after="40"/>
      </w:pPr>
      <w:r>
        <w:rPr>
          <w:b/>
          <w:color w:val="5B2C83"/>
        </w:rPr>
        <w:lastRenderedPageBreak/>
        <w:t>How will you know?</w:t>
      </w:r>
      <w:r>
        <w:rPr>
          <w:i/>
          <w:color w:val="666666"/>
          <w:sz w:val="18"/>
        </w:rPr>
        <w:t xml:space="preserve"> Examples: attendance records, feedback, referrals, skills gained, volunteering, case study.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68"/>
      </w:tblGrid>
      <w:tr w:rsidR="00F06429" w14:paraId="03072831" w14:textId="77777777">
        <w:tc>
          <w:tcPr>
            <w:tcW w:w="10368" w:type="dxa"/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EA929C" w14:textId="77777777" w:rsidR="00F06429" w:rsidRDefault="0021067A">
            <w:r>
              <w:br/>
            </w:r>
            <w:r>
              <w:br/>
            </w:r>
            <w:r>
              <w:br/>
            </w:r>
          </w:p>
        </w:tc>
      </w:tr>
    </w:tbl>
    <w:p w14:paraId="449D9826" w14:textId="77777777" w:rsidR="00F06429" w:rsidRDefault="0021067A">
      <w:pPr>
        <w:spacing w:before="160" w:after="80"/>
      </w:pPr>
      <w:r>
        <w:rPr>
          <w:b/>
          <w:color w:val="5B2C83"/>
          <w:sz w:val="26"/>
        </w:rPr>
        <w:t>5. Governance and assurance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F06429" w14:paraId="59A8698A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E2B40F" w14:textId="77777777" w:rsidR="00F06429" w:rsidRDefault="0021067A">
            <w:r>
              <w:rPr>
                <w:b/>
                <w:color w:val="5B2C83"/>
              </w:rPr>
              <w:t>Safeguarding arrangements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229484" w14:textId="77777777" w:rsidR="00F06429" w:rsidRDefault="0021067A">
            <w:r>
              <w:rPr>
                <w:color w:val="666666"/>
              </w:rPr>
              <w:t>Policy / lead / DBS checks where relevant</w:t>
            </w:r>
          </w:p>
        </w:tc>
      </w:tr>
      <w:tr w:rsidR="00F06429" w14:paraId="35367AB4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E5A7F4" w14:textId="77777777" w:rsidR="00F06429" w:rsidRDefault="0021067A">
            <w:r>
              <w:rPr>
                <w:b/>
                <w:color w:val="5B2C83"/>
              </w:rPr>
              <w:t>Public liability insurance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6906CC" w14:textId="77777777" w:rsidR="00F06429" w:rsidRDefault="0021067A">
            <w:r>
              <w:rPr>
                <w:color w:val="666666"/>
              </w:rPr>
              <w:t>Provider and expiry date</w:t>
            </w:r>
          </w:p>
        </w:tc>
      </w:tr>
      <w:tr w:rsidR="00F06429" w14:paraId="7237ACF0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0E26E2" w14:textId="77777777" w:rsidR="00F06429" w:rsidRDefault="0021067A">
            <w:r>
              <w:rPr>
                <w:b/>
                <w:color w:val="5B2C83"/>
              </w:rPr>
              <w:t>Equality and accessibility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662C2" w14:textId="77777777" w:rsidR="00F06429" w:rsidRDefault="0021067A">
            <w:r>
              <w:rPr>
                <w:color w:val="666666"/>
              </w:rPr>
              <w:t>How the activity will be inclusive</w:t>
            </w:r>
          </w:p>
        </w:tc>
      </w:tr>
      <w:tr w:rsidR="00F06429" w14:paraId="0E43D8A8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F27077" w14:textId="77777777" w:rsidR="00F06429" w:rsidRDefault="0021067A">
            <w:r>
              <w:rPr>
                <w:b/>
                <w:color w:val="5B2C83"/>
              </w:rPr>
              <w:t>Permissions or licences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D17A0B" w14:textId="77777777" w:rsidR="00F06429" w:rsidRDefault="0021067A">
            <w:r>
              <w:rPr>
                <w:color w:val="666666"/>
              </w:rPr>
              <w:t>If relevant</w:t>
            </w:r>
          </w:p>
        </w:tc>
      </w:tr>
      <w:tr w:rsidR="00F06429" w14:paraId="40F2073B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DB64A5" w14:textId="77777777" w:rsidR="00F06429" w:rsidRDefault="0021067A">
            <w:r>
              <w:rPr>
                <w:b/>
                <w:color w:val="5B2C83"/>
              </w:rPr>
              <w:t>Previous RECC funding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B0EFF4" w14:textId="77777777" w:rsidR="00F06429" w:rsidRDefault="0021067A">
            <w:r>
              <w:rPr>
                <w:color w:val="666666"/>
              </w:rPr>
              <w:t>Amount, year and whether monitoring was completed</w:t>
            </w:r>
          </w:p>
        </w:tc>
      </w:tr>
    </w:tbl>
    <w:p w14:paraId="200C46FD" w14:textId="77777777" w:rsidR="00F06429" w:rsidRDefault="0021067A">
      <w:pPr>
        <w:spacing w:before="160" w:after="80"/>
      </w:pPr>
      <w:r>
        <w:rPr>
          <w:b/>
          <w:color w:val="5B2C83"/>
          <w:sz w:val="26"/>
        </w:rPr>
        <w:t>6. Declaration</w:t>
      </w:r>
    </w:p>
    <w:p w14:paraId="120C289C" w14:textId="77777777" w:rsidR="00F06429" w:rsidRDefault="0021067A">
      <w:r>
        <w:t>I confirm that the information supplied is accurate, I am authorised to apply, and any award will be used only for the approved purpose. I agree to the grant terms and monitoring requirements, including evidence of expenditure and a proportionate impact report.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F06429" w14:paraId="2629FBB1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7EB432" w14:textId="77777777" w:rsidR="00F06429" w:rsidRDefault="0021067A">
            <w:r>
              <w:rPr>
                <w:b/>
                <w:color w:val="5B2C83"/>
              </w:rPr>
              <w:t>Name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D3E5F6" w14:textId="77777777" w:rsidR="00F06429" w:rsidRDefault="00F06429"/>
        </w:tc>
      </w:tr>
      <w:tr w:rsidR="00F06429" w14:paraId="0B98A15C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A9694D" w14:textId="77777777" w:rsidR="00F06429" w:rsidRDefault="0021067A">
            <w:r>
              <w:rPr>
                <w:b/>
                <w:color w:val="5B2C83"/>
              </w:rPr>
              <w:t>Role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98B10" w14:textId="77777777" w:rsidR="00F06429" w:rsidRDefault="00F06429"/>
        </w:tc>
      </w:tr>
      <w:tr w:rsidR="00F06429" w14:paraId="5331ED94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72F0E7" w14:textId="77777777" w:rsidR="00F06429" w:rsidRDefault="0021067A">
            <w:r>
              <w:rPr>
                <w:b/>
                <w:color w:val="5B2C83"/>
              </w:rPr>
              <w:t>Signature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90CDBF" w14:textId="77777777" w:rsidR="00F06429" w:rsidRDefault="00F06429"/>
        </w:tc>
      </w:tr>
      <w:tr w:rsidR="00F06429" w14:paraId="0CB6DA2A" w14:textId="77777777">
        <w:trPr>
          <w:jc w:val="center"/>
        </w:trPr>
        <w:tc>
          <w:tcPr>
            <w:tcW w:w="3312" w:type="dxa"/>
            <w:shd w:val="clear" w:color="auto" w:fill="F2EE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7434C3" w14:textId="77777777" w:rsidR="00F06429" w:rsidRDefault="0021067A">
            <w:r>
              <w:rPr>
                <w:b/>
                <w:color w:val="5B2C83"/>
              </w:rPr>
              <w:t>Date</w:t>
            </w:r>
          </w:p>
        </w:tc>
        <w:tc>
          <w:tcPr>
            <w:tcW w:w="676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18E931" w14:textId="77777777" w:rsidR="00F06429" w:rsidRDefault="00F06429"/>
        </w:tc>
      </w:tr>
    </w:tbl>
    <w:p w14:paraId="5DDC3D2C" w14:textId="77777777" w:rsidR="00F06429" w:rsidRDefault="0021067A">
      <w:pPr>
        <w:spacing w:before="160"/>
      </w:pPr>
      <w:r>
        <w:rPr>
          <w:i/>
          <w:color w:val="666666"/>
        </w:rPr>
        <w:t>Privacy note: Risca East Community Council should add its approved privacy notice, lawful basis, retention period and contact details before issue.</w:t>
      </w:r>
    </w:p>
    <w:sectPr w:rsidR="00F06429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7392481">
    <w:abstractNumId w:val="8"/>
  </w:num>
  <w:num w:numId="2" w16cid:durableId="1562132705">
    <w:abstractNumId w:val="6"/>
  </w:num>
  <w:num w:numId="3" w16cid:durableId="1398240127">
    <w:abstractNumId w:val="5"/>
  </w:num>
  <w:num w:numId="4" w16cid:durableId="1432967445">
    <w:abstractNumId w:val="4"/>
  </w:num>
  <w:num w:numId="5" w16cid:durableId="194121142">
    <w:abstractNumId w:val="7"/>
  </w:num>
  <w:num w:numId="6" w16cid:durableId="1891067082">
    <w:abstractNumId w:val="3"/>
  </w:num>
  <w:num w:numId="7" w16cid:durableId="920069780">
    <w:abstractNumId w:val="2"/>
  </w:num>
  <w:num w:numId="8" w16cid:durableId="1322659491">
    <w:abstractNumId w:val="1"/>
  </w:num>
  <w:num w:numId="9" w16cid:durableId="400837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067A"/>
    <w:rsid w:val="0029639D"/>
    <w:rsid w:val="00326F90"/>
    <w:rsid w:val="0037670B"/>
    <w:rsid w:val="009079FE"/>
    <w:rsid w:val="00AA1D8D"/>
    <w:rsid w:val="00B47730"/>
    <w:rsid w:val="00CB0664"/>
    <w:rsid w:val="00D15160"/>
    <w:rsid w:val="00D745DA"/>
    <w:rsid w:val="00F064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0D243F"/>
  <w14:defaultImageDpi w14:val="300"/>
  <w15:docId w15:val="{7EB59B64-EB59-8D4D-A3BD-C6918FE7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2C8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E8C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5B2C8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Holloway</dc:creator>
  <cp:keywords/>
  <dc:description>generated by python-docx</dc:description>
  <cp:lastModifiedBy>Zoe Lovis</cp:lastModifiedBy>
  <cp:revision>2</cp:revision>
  <dcterms:created xsi:type="dcterms:W3CDTF">2026-10-18T20:26:00Z</dcterms:created>
  <dcterms:modified xsi:type="dcterms:W3CDTF">2026-10-18T20:26:00Z</dcterms:modified>
  <cp:category/>
</cp:coreProperties>
</file>